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1C3B2" w14:textId="77777777" w:rsidR="00D7060F" w:rsidRPr="006457B5" w:rsidRDefault="00023372">
      <w:pPr>
        <w:jc w:val="center"/>
        <w:rPr>
          <w:rFonts w:ascii="Arial" w:hAnsi="Arial" w:cs="Arial"/>
          <w:sz w:val="22"/>
          <w:szCs w:val="24"/>
        </w:rPr>
      </w:pPr>
      <w:r w:rsidRPr="006457B5">
        <w:rPr>
          <w:rFonts w:ascii="Arial" w:hAnsi="Arial" w:cs="Arial"/>
          <w:b/>
          <w:sz w:val="36"/>
          <w:szCs w:val="24"/>
        </w:rPr>
        <w:t>Colorado State University</w:t>
      </w:r>
      <w:r w:rsidRPr="006457B5">
        <w:rPr>
          <w:rFonts w:ascii="Arial" w:hAnsi="Arial" w:cs="Arial"/>
          <w:b/>
          <w:sz w:val="36"/>
          <w:szCs w:val="24"/>
        </w:rPr>
        <w:br/>
        <w:t>Clinical Psychology Ph.D. Program</w:t>
      </w:r>
    </w:p>
    <w:p w14:paraId="650D4141" w14:textId="77777777" w:rsidR="00D7060F" w:rsidRPr="006457B5" w:rsidRDefault="00023372">
      <w:pPr>
        <w:jc w:val="center"/>
        <w:rPr>
          <w:rFonts w:ascii="Arial" w:hAnsi="Arial" w:cs="Arial"/>
          <w:sz w:val="22"/>
          <w:szCs w:val="24"/>
        </w:rPr>
      </w:pPr>
      <w:r w:rsidRPr="006457B5">
        <w:rPr>
          <w:rFonts w:ascii="Arial" w:hAnsi="Arial" w:cs="Arial"/>
          <w:b/>
          <w:sz w:val="32"/>
          <w:szCs w:val="24"/>
        </w:rPr>
        <w:t>Faculty Preference Form</w:t>
      </w:r>
    </w:p>
    <w:p w14:paraId="488D574B" w14:textId="77777777" w:rsidR="00D7060F" w:rsidRPr="006457B5" w:rsidRDefault="00023372">
      <w:pPr>
        <w:rPr>
          <w:rFonts w:ascii="Arial" w:hAnsi="Arial" w:cs="Arial"/>
          <w:sz w:val="22"/>
          <w:szCs w:val="24"/>
        </w:rPr>
      </w:pPr>
      <w:r w:rsidRPr="006457B5">
        <w:rPr>
          <w:rFonts w:ascii="Arial" w:hAnsi="Arial" w:cs="Arial"/>
          <w:b/>
          <w:sz w:val="22"/>
          <w:szCs w:val="24"/>
        </w:rPr>
        <w:t xml:space="preserve">Applicant Name: </w:t>
      </w:r>
      <w:r w:rsidRPr="006457B5">
        <w:rPr>
          <w:rFonts w:ascii="Arial" w:hAnsi="Arial" w:cs="Arial"/>
          <w:sz w:val="22"/>
          <w:szCs w:val="24"/>
        </w:rPr>
        <w:t>____________________________________________________________</w:t>
      </w:r>
    </w:p>
    <w:p w14:paraId="715ABBAC" w14:textId="77777777" w:rsidR="00D7060F" w:rsidRPr="006457B5" w:rsidRDefault="00023372">
      <w:pPr>
        <w:rPr>
          <w:rFonts w:ascii="Arial" w:hAnsi="Arial" w:cs="Arial"/>
          <w:sz w:val="22"/>
          <w:szCs w:val="24"/>
        </w:rPr>
      </w:pPr>
      <w:r w:rsidRPr="006457B5">
        <w:rPr>
          <w:rFonts w:ascii="Arial" w:hAnsi="Arial" w:cs="Arial"/>
          <w:b/>
          <w:sz w:val="28"/>
          <w:szCs w:val="24"/>
        </w:rPr>
        <w:t>Instructions</w:t>
      </w:r>
    </w:p>
    <w:p w14:paraId="40DEB71C" w14:textId="77777777" w:rsidR="00D7060F" w:rsidRPr="006457B5" w:rsidRDefault="00023372">
      <w:pPr>
        <w:spacing w:after="120"/>
        <w:rPr>
          <w:rFonts w:ascii="Arial" w:hAnsi="Arial" w:cs="Arial"/>
          <w:sz w:val="22"/>
          <w:szCs w:val="24"/>
        </w:rPr>
      </w:pPr>
      <w:r w:rsidRPr="006457B5">
        <w:rPr>
          <w:rFonts w:ascii="Arial" w:hAnsi="Arial" w:cs="Arial"/>
          <w:sz w:val="22"/>
          <w:szCs w:val="24"/>
        </w:rPr>
        <w:t>Please indicate the faculty member(s) with whom you are most interested in working during graduate study in the Clinical Psychology Ph.D. program. Rank faculty in order of your preference, with 1 representing your first choice. You may rank as many faculty members as you wish; you do not need to rank every faculty member. Please consider research interests and potential fit with your goals when completing this form.</w:t>
      </w:r>
    </w:p>
    <w:p w14:paraId="3B23904D" w14:textId="77777777" w:rsidR="00D7060F" w:rsidRDefault="00023372">
      <w:pPr>
        <w:rPr>
          <w:rFonts w:ascii="Arial" w:hAnsi="Arial" w:cs="Arial"/>
          <w:sz w:val="22"/>
          <w:szCs w:val="24"/>
        </w:rPr>
      </w:pPr>
      <w:r w:rsidRPr="006457B5">
        <w:rPr>
          <w:rFonts w:ascii="Arial" w:hAnsi="Arial" w:cs="Arial"/>
          <w:sz w:val="22"/>
          <w:szCs w:val="24"/>
        </w:rPr>
        <w:t>The program is based upon a clinical scientist model of training, with research training and the advisor–advisee relationship forming an important part of doctoral education. Applicants are encouraged to review faculty research interests before completing this form.</w:t>
      </w:r>
    </w:p>
    <w:p w14:paraId="3498DA36" w14:textId="77777777" w:rsidR="006B5009" w:rsidRPr="006457B5" w:rsidRDefault="006B5009" w:rsidP="006B5009">
      <w:pPr>
        <w:spacing w:before="160"/>
        <w:rPr>
          <w:rFonts w:ascii="Arial" w:hAnsi="Arial" w:cs="Arial"/>
          <w:sz w:val="22"/>
          <w:szCs w:val="24"/>
        </w:rPr>
      </w:pPr>
      <w:r w:rsidRPr="006457B5">
        <w:rPr>
          <w:rFonts w:ascii="Arial" w:hAnsi="Arial" w:cs="Arial"/>
          <w:b/>
          <w:sz w:val="22"/>
          <w:szCs w:val="24"/>
        </w:rPr>
        <w:t xml:space="preserve">Note: </w:t>
      </w:r>
      <w:r w:rsidRPr="006457B5">
        <w:rPr>
          <w:rFonts w:ascii="Arial" w:hAnsi="Arial" w:cs="Arial"/>
          <w:sz w:val="22"/>
          <w:szCs w:val="24"/>
        </w:rPr>
        <w:t xml:space="preserve">Core and associated faculty are listed separately and alphabetically. </w:t>
      </w:r>
    </w:p>
    <w:p w14:paraId="5E63BFB9" w14:textId="77777777" w:rsidR="00D7060F" w:rsidRPr="006457B5" w:rsidRDefault="00023372">
      <w:pPr>
        <w:spacing w:before="120" w:after="80"/>
        <w:rPr>
          <w:rFonts w:ascii="Arial" w:hAnsi="Arial" w:cs="Arial"/>
          <w:sz w:val="22"/>
          <w:szCs w:val="24"/>
        </w:rPr>
      </w:pPr>
      <w:r w:rsidRPr="006457B5">
        <w:rPr>
          <w:rFonts w:ascii="Arial" w:hAnsi="Arial" w:cs="Arial"/>
          <w:b/>
          <w:sz w:val="28"/>
          <w:szCs w:val="24"/>
        </w:rPr>
        <w:t>Core Faculty</w:t>
      </w:r>
    </w:p>
    <w:tbl>
      <w:tblPr>
        <w:tblStyle w:val="TableGrid"/>
        <w:tblW w:w="0" w:type="auto"/>
        <w:tblLook w:val="04A0" w:firstRow="1" w:lastRow="0" w:firstColumn="1" w:lastColumn="0" w:noHBand="0" w:noVBand="1"/>
      </w:tblPr>
      <w:tblGrid>
        <w:gridCol w:w="754"/>
        <w:gridCol w:w="2540"/>
      </w:tblGrid>
      <w:tr w:rsidR="00254D69" w:rsidRPr="006457B5" w14:paraId="4CF88F2E" w14:textId="77777777" w:rsidTr="006B5009">
        <w:trPr>
          <w:trHeight w:val="303"/>
        </w:trPr>
        <w:tc>
          <w:tcPr>
            <w:tcW w:w="0" w:type="auto"/>
            <w:vAlign w:val="center"/>
          </w:tcPr>
          <w:p w14:paraId="33BF0FAC" w14:textId="77777777" w:rsidR="00254D69" w:rsidRPr="006457B5" w:rsidRDefault="00254D69">
            <w:pPr>
              <w:rPr>
                <w:rFonts w:ascii="Arial" w:hAnsi="Arial" w:cs="Arial"/>
                <w:sz w:val="22"/>
                <w:szCs w:val="24"/>
              </w:rPr>
            </w:pPr>
            <w:r w:rsidRPr="006457B5">
              <w:rPr>
                <w:rFonts w:ascii="Arial" w:hAnsi="Arial" w:cs="Arial"/>
                <w:b/>
                <w:sz w:val="22"/>
                <w:szCs w:val="24"/>
              </w:rPr>
              <w:t>Rank</w:t>
            </w:r>
          </w:p>
        </w:tc>
        <w:tc>
          <w:tcPr>
            <w:tcW w:w="0" w:type="auto"/>
            <w:vAlign w:val="center"/>
          </w:tcPr>
          <w:p w14:paraId="43C90FCD" w14:textId="77777777" w:rsidR="00254D69" w:rsidRPr="006457B5" w:rsidRDefault="00254D69">
            <w:pPr>
              <w:rPr>
                <w:rFonts w:ascii="Arial" w:hAnsi="Arial" w:cs="Arial"/>
                <w:sz w:val="22"/>
                <w:szCs w:val="24"/>
              </w:rPr>
            </w:pPr>
            <w:r w:rsidRPr="006457B5">
              <w:rPr>
                <w:rFonts w:ascii="Arial" w:hAnsi="Arial" w:cs="Arial"/>
                <w:b/>
                <w:sz w:val="22"/>
                <w:szCs w:val="24"/>
              </w:rPr>
              <w:t>Faculty Member</w:t>
            </w:r>
          </w:p>
        </w:tc>
      </w:tr>
      <w:tr w:rsidR="00254D69" w:rsidRPr="006457B5" w14:paraId="17D2D7D8" w14:textId="77777777" w:rsidTr="006B5009">
        <w:trPr>
          <w:trHeight w:val="285"/>
        </w:trPr>
        <w:tc>
          <w:tcPr>
            <w:tcW w:w="0" w:type="auto"/>
            <w:vAlign w:val="center"/>
          </w:tcPr>
          <w:p w14:paraId="2304B7D5" w14:textId="77777777" w:rsidR="00254D69" w:rsidRPr="006457B5" w:rsidRDefault="00254D69">
            <w:pPr>
              <w:rPr>
                <w:rFonts w:ascii="Arial" w:hAnsi="Arial" w:cs="Arial"/>
                <w:sz w:val="22"/>
                <w:szCs w:val="24"/>
              </w:rPr>
            </w:pPr>
          </w:p>
        </w:tc>
        <w:tc>
          <w:tcPr>
            <w:tcW w:w="0" w:type="auto"/>
            <w:vAlign w:val="center"/>
          </w:tcPr>
          <w:p w14:paraId="070D3B6D" w14:textId="77777777" w:rsidR="00254D69" w:rsidRPr="006457B5" w:rsidRDefault="00254D69">
            <w:pPr>
              <w:rPr>
                <w:rFonts w:ascii="Arial" w:hAnsi="Arial" w:cs="Arial"/>
                <w:sz w:val="22"/>
                <w:szCs w:val="24"/>
              </w:rPr>
            </w:pPr>
            <w:r w:rsidRPr="006457B5">
              <w:rPr>
                <w:rFonts w:ascii="Arial" w:hAnsi="Arial" w:cs="Arial"/>
                <w:sz w:val="22"/>
                <w:szCs w:val="24"/>
              </w:rPr>
              <w:t>Steven Bruce</w:t>
            </w:r>
          </w:p>
        </w:tc>
      </w:tr>
      <w:tr w:rsidR="00254D69" w:rsidRPr="006457B5" w14:paraId="5833C3FA" w14:textId="77777777" w:rsidTr="006B5009">
        <w:trPr>
          <w:trHeight w:val="303"/>
        </w:trPr>
        <w:tc>
          <w:tcPr>
            <w:tcW w:w="0" w:type="auto"/>
            <w:vAlign w:val="center"/>
          </w:tcPr>
          <w:p w14:paraId="0EAF2FB8" w14:textId="77777777" w:rsidR="00254D69" w:rsidRPr="006457B5" w:rsidRDefault="00254D69">
            <w:pPr>
              <w:rPr>
                <w:rFonts w:ascii="Arial" w:hAnsi="Arial" w:cs="Arial"/>
                <w:sz w:val="22"/>
                <w:szCs w:val="24"/>
              </w:rPr>
            </w:pPr>
          </w:p>
        </w:tc>
        <w:tc>
          <w:tcPr>
            <w:tcW w:w="0" w:type="auto"/>
            <w:vAlign w:val="center"/>
          </w:tcPr>
          <w:p w14:paraId="71C66CCC" w14:textId="77777777" w:rsidR="00254D69" w:rsidRPr="006457B5" w:rsidRDefault="00254D69">
            <w:pPr>
              <w:rPr>
                <w:rFonts w:ascii="Arial" w:hAnsi="Arial" w:cs="Arial"/>
                <w:sz w:val="22"/>
                <w:szCs w:val="24"/>
              </w:rPr>
            </w:pPr>
            <w:r w:rsidRPr="006457B5">
              <w:rPr>
                <w:rFonts w:ascii="Arial" w:hAnsi="Arial" w:cs="Arial"/>
                <w:sz w:val="22"/>
                <w:szCs w:val="24"/>
              </w:rPr>
              <w:t>Silvia Sara Canetto</w:t>
            </w:r>
          </w:p>
        </w:tc>
      </w:tr>
      <w:tr w:rsidR="00254D69" w:rsidRPr="006457B5" w14:paraId="3EB33827" w14:textId="77777777" w:rsidTr="006B5009">
        <w:trPr>
          <w:trHeight w:val="285"/>
        </w:trPr>
        <w:tc>
          <w:tcPr>
            <w:tcW w:w="0" w:type="auto"/>
            <w:vAlign w:val="center"/>
          </w:tcPr>
          <w:p w14:paraId="54F23EA9" w14:textId="77777777" w:rsidR="00254D69" w:rsidRPr="006457B5" w:rsidRDefault="00254D69">
            <w:pPr>
              <w:rPr>
                <w:rFonts w:ascii="Arial" w:hAnsi="Arial" w:cs="Arial"/>
                <w:sz w:val="22"/>
                <w:szCs w:val="24"/>
              </w:rPr>
            </w:pPr>
          </w:p>
        </w:tc>
        <w:tc>
          <w:tcPr>
            <w:tcW w:w="0" w:type="auto"/>
            <w:vAlign w:val="center"/>
          </w:tcPr>
          <w:p w14:paraId="6C5AC85C" w14:textId="77777777" w:rsidR="00254D69" w:rsidRPr="006457B5" w:rsidRDefault="00254D69">
            <w:pPr>
              <w:rPr>
                <w:rFonts w:ascii="Arial" w:hAnsi="Arial" w:cs="Arial"/>
                <w:sz w:val="22"/>
                <w:szCs w:val="24"/>
              </w:rPr>
            </w:pPr>
            <w:r w:rsidRPr="006457B5">
              <w:rPr>
                <w:rFonts w:ascii="Arial" w:hAnsi="Arial" w:cs="Arial"/>
                <w:sz w:val="22"/>
                <w:szCs w:val="24"/>
              </w:rPr>
              <w:t>Brad Conner</w:t>
            </w:r>
          </w:p>
        </w:tc>
      </w:tr>
      <w:tr w:rsidR="00254D69" w:rsidRPr="006457B5" w14:paraId="78A9049A" w14:textId="77777777" w:rsidTr="006B5009">
        <w:trPr>
          <w:trHeight w:val="303"/>
        </w:trPr>
        <w:tc>
          <w:tcPr>
            <w:tcW w:w="0" w:type="auto"/>
            <w:vAlign w:val="center"/>
          </w:tcPr>
          <w:p w14:paraId="7C7DF506" w14:textId="77777777" w:rsidR="00254D69" w:rsidRPr="006457B5" w:rsidRDefault="00254D69">
            <w:pPr>
              <w:rPr>
                <w:rFonts w:ascii="Arial" w:hAnsi="Arial" w:cs="Arial"/>
                <w:sz w:val="22"/>
                <w:szCs w:val="24"/>
              </w:rPr>
            </w:pPr>
          </w:p>
        </w:tc>
        <w:tc>
          <w:tcPr>
            <w:tcW w:w="0" w:type="auto"/>
            <w:vAlign w:val="center"/>
          </w:tcPr>
          <w:p w14:paraId="072DE49D" w14:textId="77777777" w:rsidR="00254D69" w:rsidRPr="006457B5" w:rsidRDefault="00254D69">
            <w:pPr>
              <w:rPr>
                <w:rFonts w:ascii="Arial" w:hAnsi="Arial" w:cs="Arial"/>
                <w:sz w:val="22"/>
                <w:szCs w:val="24"/>
              </w:rPr>
            </w:pPr>
            <w:r w:rsidRPr="006457B5">
              <w:rPr>
                <w:rFonts w:ascii="Arial" w:hAnsi="Arial" w:cs="Arial"/>
                <w:sz w:val="22"/>
                <w:szCs w:val="24"/>
              </w:rPr>
              <w:t>Noah Emery</w:t>
            </w:r>
          </w:p>
        </w:tc>
      </w:tr>
      <w:tr w:rsidR="00254D69" w:rsidRPr="006457B5" w14:paraId="2E4B6ACE" w14:textId="77777777" w:rsidTr="006B5009">
        <w:trPr>
          <w:trHeight w:val="285"/>
        </w:trPr>
        <w:tc>
          <w:tcPr>
            <w:tcW w:w="0" w:type="auto"/>
            <w:vAlign w:val="center"/>
          </w:tcPr>
          <w:p w14:paraId="07228CCC" w14:textId="77777777" w:rsidR="00254D69" w:rsidRPr="006457B5" w:rsidRDefault="00254D69">
            <w:pPr>
              <w:rPr>
                <w:rFonts w:ascii="Arial" w:hAnsi="Arial" w:cs="Arial"/>
                <w:sz w:val="22"/>
                <w:szCs w:val="24"/>
              </w:rPr>
            </w:pPr>
          </w:p>
        </w:tc>
        <w:tc>
          <w:tcPr>
            <w:tcW w:w="0" w:type="auto"/>
            <w:vAlign w:val="center"/>
          </w:tcPr>
          <w:p w14:paraId="53802388" w14:textId="77777777" w:rsidR="00254D69" w:rsidRPr="006457B5" w:rsidRDefault="00254D69">
            <w:pPr>
              <w:rPr>
                <w:rFonts w:ascii="Arial" w:hAnsi="Arial" w:cs="Arial"/>
                <w:sz w:val="22"/>
                <w:szCs w:val="24"/>
              </w:rPr>
            </w:pPr>
            <w:r w:rsidRPr="006457B5">
              <w:rPr>
                <w:rFonts w:ascii="Arial" w:hAnsi="Arial" w:cs="Arial"/>
                <w:sz w:val="22"/>
                <w:szCs w:val="24"/>
              </w:rPr>
              <w:t>Reagan Miller-Chagnon</w:t>
            </w:r>
          </w:p>
        </w:tc>
      </w:tr>
      <w:tr w:rsidR="00254D69" w:rsidRPr="006457B5" w14:paraId="1BAF9456" w14:textId="77777777" w:rsidTr="006B5009">
        <w:trPr>
          <w:trHeight w:val="285"/>
        </w:trPr>
        <w:tc>
          <w:tcPr>
            <w:tcW w:w="0" w:type="auto"/>
            <w:vAlign w:val="center"/>
          </w:tcPr>
          <w:p w14:paraId="3508A015" w14:textId="77777777" w:rsidR="00254D69" w:rsidRPr="006457B5" w:rsidRDefault="00254D69">
            <w:pPr>
              <w:rPr>
                <w:rFonts w:ascii="Arial" w:hAnsi="Arial" w:cs="Arial"/>
                <w:sz w:val="22"/>
                <w:szCs w:val="24"/>
              </w:rPr>
            </w:pPr>
          </w:p>
        </w:tc>
        <w:tc>
          <w:tcPr>
            <w:tcW w:w="0" w:type="auto"/>
            <w:vAlign w:val="center"/>
          </w:tcPr>
          <w:p w14:paraId="26F20D7D" w14:textId="77777777" w:rsidR="00254D69" w:rsidRPr="006457B5" w:rsidRDefault="00254D69">
            <w:pPr>
              <w:rPr>
                <w:rFonts w:ascii="Arial" w:hAnsi="Arial" w:cs="Arial"/>
                <w:sz w:val="22"/>
                <w:szCs w:val="24"/>
              </w:rPr>
            </w:pPr>
            <w:r w:rsidRPr="006457B5">
              <w:rPr>
                <w:rFonts w:ascii="Arial" w:hAnsi="Arial" w:cs="Arial"/>
                <w:sz w:val="22"/>
                <w:szCs w:val="24"/>
              </w:rPr>
              <w:t>Teresa Vargas</w:t>
            </w:r>
          </w:p>
        </w:tc>
      </w:tr>
    </w:tbl>
    <w:p w14:paraId="39DA6848" w14:textId="77777777" w:rsidR="00D7060F" w:rsidRPr="006457B5" w:rsidRDefault="00023372">
      <w:pPr>
        <w:spacing w:before="120" w:after="80"/>
        <w:rPr>
          <w:rFonts w:ascii="Arial" w:hAnsi="Arial" w:cs="Arial"/>
          <w:sz w:val="22"/>
          <w:szCs w:val="24"/>
        </w:rPr>
      </w:pPr>
      <w:r w:rsidRPr="006457B5">
        <w:rPr>
          <w:rFonts w:ascii="Arial" w:hAnsi="Arial" w:cs="Arial"/>
          <w:b/>
          <w:sz w:val="28"/>
          <w:szCs w:val="24"/>
        </w:rPr>
        <w:t>Associated Faculty</w:t>
      </w:r>
    </w:p>
    <w:tbl>
      <w:tblPr>
        <w:tblStyle w:val="TableGrid"/>
        <w:tblW w:w="0" w:type="auto"/>
        <w:tblLook w:val="04A0" w:firstRow="1" w:lastRow="0" w:firstColumn="1" w:lastColumn="0" w:noHBand="0" w:noVBand="1"/>
      </w:tblPr>
      <w:tblGrid>
        <w:gridCol w:w="754"/>
        <w:gridCol w:w="2504"/>
      </w:tblGrid>
      <w:tr w:rsidR="00254D69" w:rsidRPr="006457B5" w14:paraId="58D0ACB4" w14:textId="77777777" w:rsidTr="006B5009">
        <w:trPr>
          <w:trHeight w:val="313"/>
        </w:trPr>
        <w:tc>
          <w:tcPr>
            <w:tcW w:w="0" w:type="auto"/>
            <w:vAlign w:val="center"/>
          </w:tcPr>
          <w:p w14:paraId="0ADF5F1C" w14:textId="77777777" w:rsidR="00254D69" w:rsidRPr="006457B5" w:rsidRDefault="00254D69">
            <w:pPr>
              <w:rPr>
                <w:rFonts w:ascii="Arial" w:hAnsi="Arial" w:cs="Arial"/>
                <w:sz w:val="22"/>
                <w:szCs w:val="24"/>
              </w:rPr>
            </w:pPr>
            <w:r w:rsidRPr="006457B5">
              <w:rPr>
                <w:rFonts w:ascii="Arial" w:hAnsi="Arial" w:cs="Arial"/>
                <w:b/>
                <w:sz w:val="22"/>
                <w:szCs w:val="24"/>
              </w:rPr>
              <w:t>Rank</w:t>
            </w:r>
          </w:p>
        </w:tc>
        <w:tc>
          <w:tcPr>
            <w:tcW w:w="2504" w:type="dxa"/>
            <w:vAlign w:val="center"/>
          </w:tcPr>
          <w:p w14:paraId="36507D8E" w14:textId="77777777" w:rsidR="00254D69" w:rsidRPr="006457B5" w:rsidRDefault="00254D69">
            <w:pPr>
              <w:rPr>
                <w:rFonts w:ascii="Arial" w:hAnsi="Arial" w:cs="Arial"/>
                <w:sz w:val="22"/>
                <w:szCs w:val="24"/>
              </w:rPr>
            </w:pPr>
            <w:r w:rsidRPr="006457B5">
              <w:rPr>
                <w:rFonts w:ascii="Arial" w:hAnsi="Arial" w:cs="Arial"/>
                <w:b/>
                <w:sz w:val="22"/>
                <w:szCs w:val="24"/>
              </w:rPr>
              <w:t>Faculty Member</w:t>
            </w:r>
          </w:p>
        </w:tc>
      </w:tr>
      <w:tr w:rsidR="00254D69" w:rsidRPr="006457B5" w14:paraId="188F8B8E" w14:textId="77777777" w:rsidTr="006B5009">
        <w:trPr>
          <w:trHeight w:val="294"/>
        </w:trPr>
        <w:tc>
          <w:tcPr>
            <w:tcW w:w="0" w:type="auto"/>
            <w:vAlign w:val="center"/>
          </w:tcPr>
          <w:p w14:paraId="587E5F6A" w14:textId="77777777" w:rsidR="00254D69" w:rsidRPr="006457B5" w:rsidRDefault="00254D69">
            <w:pPr>
              <w:rPr>
                <w:rFonts w:ascii="Arial" w:hAnsi="Arial" w:cs="Arial"/>
                <w:sz w:val="22"/>
                <w:szCs w:val="24"/>
              </w:rPr>
            </w:pPr>
          </w:p>
        </w:tc>
        <w:tc>
          <w:tcPr>
            <w:tcW w:w="2504" w:type="dxa"/>
            <w:vAlign w:val="center"/>
          </w:tcPr>
          <w:p w14:paraId="031F402D" w14:textId="77777777" w:rsidR="00254D69" w:rsidRPr="006457B5" w:rsidRDefault="00254D69">
            <w:pPr>
              <w:rPr>
                <w:rFonts w:ascii="Arial" w:hAnsi="Arial" w:cs="Arial"/>
                <w:sz w:val="22"/>
                <w:szCs w:val="24"/>
              </w:rPr>
            </w:pPr>
            <w:r w:rsidRPr="006457B5">
              <w:rPr>
                <w:rFonts w:ascii="Arial" w:hAnsi="Arial" w:cs="Arial"/>
                <w:sz w:val="22"/>
                <w:szCs w:val="24"/>
              </w:rPr>
              <w:t>Kimberly Henry</w:t>
            </w:r>
          </w:p>
        </w:tc>
      </w:tr>
      <w:tr w:rsidR="00254D69" w:rsidRPr="006457B5" w14:paraId="70FDF7E2" w14:textId="77777777" w:rsidTr="006B5009">
        <w:trPr>
          <w:trHeight w:val="313"/>
        </w:trPr>
        <w:tc>
          <w:tcPr>
            <w:tcW w:w="0" w:type="auto"/>
            <w:vAlign w:val="center"/>
          </w:tcPr>
          <w:p w14:paraId="55E98992" w14:textId="77777777" w:rsidR="00254D69" w:rsidRPr="006457B5" w:rsidRDefault="00254D69">
            <w:pPr>
              <w:rPr>
                <w:rFonts w:ascii="Arial" w:hAnsi="Arial" w:cs="Arial"/>
                <w:sz w:val="22"/>
                <w:szCs w:val="24"/>
              </w:rPr>
            </w:pPr>
          </w:p>
        </w:tc>
        <w:tc>
          <w:tcPr>
            <w:tcW w:w="2504" w:type="dxa"/>
            <w:vAlign w:val="center"/>
          </w:tcPr>
          <w:p w14:paraId="7B4F8EB6" w14:textId="77777777" w:rsidR="00254D69" w:rsidRPr="006457B5" w:rsidRDefault="00254D69">
            <w:pPr>
              <w:rPr>
                <w:rFonts w:ascii="Arial" w:hAnsi="Arial" w:cs="Arial"/>
                <w:sz w:val="22"/>
                <w:szCs w:val="24"/>
              </w:rPr>
            </w:pPr>
            <w:r w:rsidRPr="006457B5">
              <w:rPr>
                <w:rFonts w:ascii="Arial" w:hAnsi="Arial" w:cs="Arial"/>
                <w:sz w:val="22"/>
                <w:szCs w:val="24"/>
              </w:rPr>
              <w:t>Emily Merz</w:t>
            </w:r>
          </w:p>
        </w:tc>
      </w:tr>
      <w:tr w:rsidR="00254D69" w:rsidRPr="006457B5" w14:paraId="18FBC7BC" w14:textId="77777777" w:rsidTr="006B5009">
        <w:trPr>
          <w:trHeight w:val="294"/>
        </w:trPr>
        <w:tc>
          <w:tcPr>
            <w:tcW w:w="0" w:type="auto"/>
            <w:vAlign w:val="center"/>
          </w:tcPr>
          <w:p w14:paraId="5A1B8B24" w14:textId="77777777" w:rsidR="00254D69" w:rsidRPr="006457B5" w:rsidRDefault="00254D69">
            <w:pPr>
              <w:rPr>
                <w:rFonts w:ascii="Arial" w:hAnsi="Arial" w:cs="Arial"/>
                <w:sz w:val="22"/>
                <w:szCs w:val="24"/>
              </w:rPr>
            </w:pPr>
          </w:p>
        </w:tc>
        <w:tc>
          <w:tcPr>
            <w:tcW w:w="2504" w:type="dxa"/>
            <w:vAlign w:val="center"/>
          </w:tcPr>
          <w:p w14:paraId="6DB5CF99" w14:textId="77777777" w:rsidR="00254D69" w:rsidRPr="006457B5" w:rsidRDefault="00254D69">
            <w:pPr>
              <w:rPr>
                <w:rFonts w:ascii="Arial" w:hAnsi="Arial" w:cs="Arial"/>
                <w:sz w:val="22"/>
                <w:szCs w:val="24"/>
              </w:rPr>
            </w:pPr>
            <w:r w:rsidRPr="006457B5">
              <w:rPr>
                <w:rFonts w:ascii="Arial" w:hAnsi="Arial" w:cs="Arial"/>
                <w:sz w:val="22"/>
                <w:szCs w:val="24"/>
              </w:rPr>
              <w:t>Niccole Nelson</w:t>
            </w:r>
          </w:p>
        </w:tc>
      </w:tr>
      <w:tr w:rsidR="00254D69" w:rsidRPr="006457B5" w14:paraId="03A7A797" w14:textId="77777777" w:rsidTr="006B5009">
        <w:trPr>
          <w:trHeight w:val="313"/>
        </w:trPr>
        <w:tc>
          <w:tcPr>
            <w:tcW w:w="0" w:type="auto"/>
            <w:vAlign w:val="center"/>
          </w:tcPr>
          <w:p w14:paraId="0E2A38DD" w14:textId="77777777" w:rsidR="00254D69" w:rsidRPr="006457B5" w:rsidRDefault="00254D69">
            <w:pPr>
              <w:rPr>
                <w:rFonts w:ascii="Arial" w:hAnsi="Arial" w:cs="Arial"/>
                <w:sz w:val="22"/>
                <w:szCs w:val="24"/>
              </w:rPr>
            </w:pPr>
          </w:p>
        </w:tc>
        <w:tc>
          <w:tcPr>
            <w:tcW w:w="2504" w:type="dxa"/>
            <w:vAlign w:val="center"/>
          </w:tcPr>
          <w:p w14:paraId="04D4274B" w14:textId="77777777" w:rsidR="00254D69" w:rsidRPr="006457B5" w:rsidRDefault="00254D69">
            <w:pPr>
              <w:rPr>
                <w:rFonts w:ascii="Arial" w:hAnsi="Arial" w:cs="Arial"/>
                <w:sz w:val="22"/>
                <w:szCs w:val="24"/>
              </w:rPr>
            </w:pPr>
            <w:r w:rsidRPr="006457B5">
              <w:rPr>
                <w:rFonts w:ascii="Arial" w:hAnsi="Arial" w:cs="Arial"/>
                <w:sz w:val="22"/>
                <w:szCs w:val="24"/>
              </w:rPr>
              <w:t>Don Rojas</w:t>
            </w:r>
          </w:p>
        </w:tc>
      </w:tr>
      <w:tr w:rsidR="00254D69" w:rsidRPr="006457B5" w14:paraId="6516E2FB" w14:textId="77777777" w:rsidTr="006B5009">
        <w:trPr>
          <w:trHeight w:val="294"/>
        </w:trPr>
        <w:tc>
          <w:tcPr>
            <w:tcW w:w="0" w:type="auto"/>
            <w:vAlign w:val="center"/>
          </w:tcPr>
          <w:p w14:paraId="27B85CD0" w14:textId="77777777" w:rsidR="00254D69" w:rsidRPr="006457B5" w:rsidRDefault="00254D69">
            <w:pPr>
              <w:rPr>
                <w:rFonts w:ascii="Arial" w:hAnsi="Arial" w:cs="Arial"/>
                <w:sz w:val="22"/>
                <w:szCs w:val="24"/>
              </w:rPr>
            </w:pPr>
          </w:p>
        </w:tc>
        <w:tc>
          <w:tcPr>
            <w:tcW w:w="2504" w:type="dxa"/>
            <w:vAlign w:val="center"/>
          </w:tcPr>
          <w:p w14:paraId="66CD5A9F" w14:textId="77777777" w:rsidR="00254D69" w:rsidRPr="006457B5" w:rsidRDefault="00254D69">
            <w:pPr>
              <w:rPr>
                <w:rFonts w:ascii="Arial" w:hAnsi="Arial" w:cs="Arial"/>
                <w:sz w:val="22"/>
                <w:szCs w:val="24"/>
              </w:rPr>
            </w:pPr>
            <w:r w:rsidRPr="006457B5">
              <w:rPr>
                <w:rFonts w:ascii="Arial" w:hAnsi="Arial" w:cs="Arial"/>
                <w:sz w:val="22"/>
                <w:szCs w:val="24"/>
              </w:rPr>
              <w:t>Michael Thomas</w:t>
            </w:r>
          </w:p>
        </w:tc>
      </w:tr>
    </w:tbl>
    <w:p w14:paraId="3A0EAD0C" w14:textId="6C234AA1" w:rsidR="00D7060F" w:rsidRPr="006457B5" w:rsidRDefault="00D7060F" w:rsidP="006B5009">
      <w:pPr>
        <w:spacing w:before="160"/>
        <w:rPr>
          <w:rFonts w:ascii="Arial" w:hAnsi="Arial" w:cs="Arial"/>
          <w:sz w:val="22"/>
          <w:szCs w:val="24"/>
        </w:rPr>
      </w:pPr>
    </w:p>
    <w:sectPr w:rsidR="00D7060F" w:rsidRPr="006457B5"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5148" w14:textId="77777777" w:rsidR="00023372" w:rsidRDefault="00023372">
      <w:pPr>
        <w:spacing w:after="0" w:line="240" w:lineRule="auto"/>
      </w:pPr>
      <w:r>
        <w:separator/>
      </w:r>
    </w:p>
  </w:endnote>
  <w:endnote w:type="continuationSeparator" w:id="0">
    <w:p w14:paraId="1BB2B134" w14:textId="77777777" w:rsidR="00023372" w:rsidRDefault="00023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C393" w14:textId="77777777" w:rsidR="00D7060F" w:rsidRDefault="00023372">
    <w:pPr>
      <w:pStyle w:val="Footer"/>
      <w:jc w:val="center"/>
    </w:pPr>
    <w:r>
      <w:rPr>
        <w:sz w:val="16"/>
      </w:rPr>
      <w:t>Colorado State University | Clinical Psychology Ph.D.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2F8BA" w14:textId="77777777" w:rsidR="00023372" w:rsidRDefault="00023372">
      <w:pPr>
        <w:spacing w:after="0" w:line="240" w:lineRule="auto"/>
      </w:pPr>
      <w:r>
        <w:separator/>
      </w:r>
    </w:p>
  </w:footnote>
  <w:footnote w:type="continuationSeparator" w:id="0">
    <w:p w14:paraId="111AE6A5" w14:textId="77777777" w:rsidR="00023372" w:rsidRDefault="000233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7517517">
    <w:abstractNumId w:val="8"/>
  </w:num>
  <w:num w:numId="2" w16cid:durableId="607084133">
    <w:abstractNumId w:val="6"/>
  </w:num>
  <w:num w:numId="3" w16cid:durableId="314988667">
    <w:abstractNumId w:val="5"/>
  </w:num>
  <w:num w:numId="4" w16cid:durableId="1640718735">
    <w:abstractNumId w:val="4"/>
  </w:num>
  <w:num w:numId="5" w16cid:durableId="1674454501">
    <w:abstractNumId w:val="7"/>
  </w:num>
  <w:num w:numId="6" w16cid:durableId="410539735">
    <w:abstractNumId w:val="3"/>
  </w:num>
  <w:num w:numId="7" w16cid:durableId="952323446">
    <w:abstractNumId w:val="2"/>
  </w:num>
  <w:num w:numId="8" w16cid:durableId="1226179449">
    <w:abstractNumId w:val="1"/>
  </w:num>
  <w:num w:numId="9" w16cid:durableId="2085449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372"/>
    <w:rsid w:val="00034616"/>
    <w:rsid w:val="0006063C"/>
    <w:rsid w:val="00086E0F"/>
    <w:rsid w:val="000B5BAA"/>
    <w:rsid w:val="0015074B"/>
    <w:rsid w:val="00254D69"/>
    <w:rsid w:val="0029639D"/>
    <w:rsid w:val="002C4C52"/>
    <w:rsid w:val="00326F90"/>
    <w:rsid w:val="00470651"/>
    <w:rsid w:val="006457B5"/>
    <w:rsid w:val="006B5009"/>
    <w:rsid w:val="00851393"/>
    <w:rsid w:val="00862CC1"/>
    <w:rsid w:val="00AA1D8D"/>
    <w:rsid w:val="00B47730"/>
    <w:rsid w:val="00CA1DC5"/>
    <w:rsid w:val="00CB0664"/>
    <w:rsid w:val="00D706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AE1867"/>
  <w14:defaultImageDpi w14:val="300"/>
  <w15:docId w15:val="{E7F1628E-F50F-410D-91B3-84F2245F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086E0F"/>
    <w:pPr>
      <w:spacing w:after="0" w:line="240" w:lineRule="auto"/>
    </w:pPr>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Noah Emery</cp:lastModifiedBy>
  <cp:revision>6</cp:revision>
  <dcterms:created xsi:type="dcterms:W3CDTF">2013-12-23T23:15:00Z</dcterms:created>
  <dcterms:modified xsi:type="dcterms:W3CDTF">2026-09-19T21:43:00Z</dcterms:modified>
  <cp:category/>
</cp:coreProperties>
</file>